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20"/>
      </w:pPr>
      <w:r>
        <w:drawing>
          <wp:inline xmlns:a="http://schemas.openxmlformats.org/drawingml/2006/main" xmlns:pic="http://schemas.openxmlformats.org/drawingml/2006/picture">
            <wp:extent cx="1600200" cy="248771"/>
            <wp:docPr id="1" name="Picture 1" descr="Immomanager" title="Immomanage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momanager-logo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248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/>
        <w:spacing w:after="40"/>
      </w:pPr>
      <w:r>
        <w:rPr>
          <w:rFonts w:ascii="Calibri" w:hAnsi="Calibri"/>
          <w:b/>
          <w:color w:val="005090"/>
          <w:sz w:val="50"/>
        </w:rPr>
        <w:t>Mieterdatenblatt</w:t>
      </w:r>
    </w:p>
    <w:p>
      <w:pPr>
        <w:spacing w:after="180"/>
      </w:pPr>
      <w:r>
        <w:rPr>
          <w:color w:val="5F6B76"/>
          <w:sz w:val="21"/>
        </w:rPr>
        <w:t>Bearbeitbare Vorlage für private Vermieter · Stand August 2026</w:t>
      </w:r>
    </w:p>
    <w:tbl>
      <w:tblPr>
        <w:tblW w:type="dxa" w:w="9360"/>
        <w:tblLayout w:type="fixed"/>
        <w:tblLook w:firstColumn="1" w:firstRow="1" w:lastColumn="0" w:lastRow="0" w:noHBand="0" w:noVBand="1" w:val="04A0"/>
        <w:tblInd w:w="120" w:type="dxa"/>
      </w:tblPr>
      <w:tblGrid>
        <w:gridCol w:w="9360"/>
      </w:tblGrid>
      <w:tr>
        <w:tc>
          <w:tcPr>
            <w:tcW w:type="dxa" w:w="936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EAF3FA"/>
          </w:tcPr>
          <w:p>
            <w:pPr>
              <w:spacing w:after="60"/>
            </w:pPr>
            <w:r>
              <w:rPr>
                <w:b/>
                <w:color w:val="005090"/>
                <w:sz w:val="20"/>
              </w:rPr>
              <w:t>So nutzen Sie die Vorlage</w:t>
            </w:r>
          </w:p>
          <w:p>
            <w:pPr>
              <w:keepLines/>
              <w:spacing w:after="0"/>
            </w:pPr>
            <w:r>
              <w:rPr>
                <w:color w:val="26323B"/>
                <w:sz w:val="18"/>
              </w:rPr>
              <w:t>Gelb markierte Felder sind für Ihre Angaben vorgesehen. Erfassen Sie nur Daten, die Sie für das konkrete Mietverhältnis wirklich benötigen, und löschen oder aktualisieren Sie veraltete Angaben regelmäßig.</w:t>
            </w:r>
          </w:p>
        </w:tc>
      </w:tr>
    </w:tbl>
    <w:p>
      <w:pPr>
        <w:pStyle w:val="Heading2"/>
        <w:keepNext/>
        <w:spacing w:before="280" w:after="140"/>
      </w:pPr>
      <w:r>
        <w:rPr>
          <w:color w:val="005090"/>
        </w:rPr>
        <w:t>1. Mietobjekt</w:t>
      </w:r>
    </w:p>
    <w:tbl>
      <w:tblPr>
        <w:tblW w:type="dxa" w:w="9360"/>
        <w:tblLayout w:type="fixed"/>
        <w:tblLook w:firstColumn="1" w:firstRow="1" w:lastColumn="0" w:lastRow="0" w:noHBand="0" w:noVBand="1" w:val="04A0"/>
        <w:tblInd w:w="120" w:type="dxa"/>
      </w:tblPr>
      <w:tblGrid>
        <w:gridCol w:w="1800"/>
        <w:gridCol w:w="2880"/>
        <w:gridCol w:w="1800"/>
        <w:gridCol w:w="2880"/>
      </w:tblGrid>
      <w:tr>
        <w:tc>
          <w:tcPr>
            <w:tcW w:type="dxa" w:w="18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EAF3FA"/>
          </w:tcPr>
          <w:p>
            <w:pPr>
              <w:spacing w:after="0"/>
            </w:pPr>
            <w:r/>
            <w:r>
              <w:rPr>
                <w:b/>
                <w:color w:val="005090"/>
                <w:sz w:val="18"/>
              </w:rPr>
              <w:t>Objekt / Haus</w:t>
            </w:r>
          </w:p>
        </w:tc>
        <w:tc>
          <w:tcPr>
            <w:tcW w:type="dxa" w:w="288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FFF8DE"/>
          </w:tcPr>
          <w:p>
            <w:pPr>
              <w:spacing w:after="0"/>
            </w:pPr>
            <w:r/>
            <w:r>
              <w:rPr>
                <w:color w:val="5F6B76"/>
                <w:sz w:val="19"/>
              </w:rPr>
              <w:t>Bitte eintragen</w:t>
            </w:r>
          </w:p>
        </w:tc>
        <w:tc>
          <w:tcPr>
            <w:tcW w:type="dxa" w:w="18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EAF3FA"/>
          </w:tcPr>
          <w:p>
            <w:pPr>
              <w:spacing w:after="0"/>
            </w:pPr>
            <w:r/>
            <w:r>
              <w:rPr>
                <w:b/>
                <w:color w:val="005090"/>
                <w:sz w:val="18"/>
              </w:rPr>
              <w:t>Einheit / Lage</w:t>
            </w:r>
          </w:p>
        </w:tc>
        <w:tc>
          <w:tcPr>
            <w:tcW w:type="dxa" w:w="288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FFF8DE"/>
          </w:tcPr>
          <w:p>
            <w:pPr>
              <w:spacing w:after="0"/>
            </w:pPr>
            <w:r/>
            <w:r>
              <w:rPr>
                <w:color w:val="5F6B76"/>
                <w:sz w:val="19"/>
              </w:rPr>
              <w:t>Bitte eintragen</w:t>
            </w:r>
          </w:p>
        </w:tc>
      </w:tr>
      <w:tr>
        <w:tc>
          <w:tcPr>
            <w:tcW w:type="dxa" w:w="18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EAF3FA"/>
          </w:tcPr>
          <w:p>
            <w:pPr>
              <w:spacing w:after="0"/>
            </w:pPr>
            <w:r/>
            <w:r>
              <w:rPr>
                <w:b/>
                <w:color w:val="005090"/>
                <w:sz w:val="18"/>
              </w:rPr>
              <w:t>Straße / Nr.</w:t>
            </w:r>
          </w:p>
        </w:tc>
        <w:tc>
          <w:tcPr>
            <w:tcW w:type="dxa" w:w="288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FFF8DE"/>
          </w:tcPr>
          <w:p>
            <w:pPr>
              <w:spacing w:after="0"/>
            </w:pPr>
            <w:r/>
            <w:r>
              <w:rPr>
                <w:color w:val="5F6B76"/>
                <w:sz w:val="19"/>
              </w:rPr>
              <w:t>Bitte eintragen</w:t>
            </w:r>
          </w:p>
        </w:tc>
        <w:tc>
          <w:tcPr>
            <w:tcW w:type="dxa" w:w="18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EAF3FA"/>
          </w:tcPr>
          <w:p>
            <w:pPr>
              <w:spacing w:after="0"/>
            </w:pPr>
            <w:r/>
            <w:r>
              <w:rPr>
                <w:b/>
                <w:color w:val="005090"/>
                <w:sz w:val="18"/>
              </w:rPr>
              <w:t>PLZ / Ort</w:t>
            </w:r>
          </w:p>
        </w:tc>
        <w:tc>
          <w:tcPr>
            <w:tcW w:type="dxa" w:w="288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FFF8DE"/>
          </w:tcPr>
          <w:p>
            <w:pPr>
              <w:spacing w:after="0"/>
            </w:pPr>
            <w:r/>
            <w:r>
              <w:rPr>
                <w:color w:val="5F6B76"/>
                <w:sz w:val="19"/>
              </w:rPr>
              <w:t>Bitte eintragen</w:t>
            </w:r>
          </w:p>
        </w:tc>
      </w:tr>
      <w:tr>
        <w:trPr>
          <w:cantSplit/>
        </w:trPr>
        <w:tc>
          <w:tcPr>
            <w:tcW w:type="dxa" w:w="18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EAF3FA"/>
          </w:tcPr>
          <w:p>
            <w:pPr>
              <w:spacing w:after="0"/>
            </w:pPr>
            <w:r/>
            <w:r>
              <w:rPr>
                <w:b/>
                <w:color w:val="005090"/>
                <w:sz w:val="18"/>
              </w:rPr>
              <w:t>Wohnfläche</w:t>
            </w:r>
          </w:p>
        </w:tc>
        <w:tc>
          <w:tcPr>
            <w:tcW w:type="dxa" w:w="288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FFF8DE"/>
          </w:tcPr>
          <w:p>
            <w:pPr>
              <w:spacing w:after="0"/>
            </w:pPr>
            <w:r/>
            <w:r>
              <w:rPr>
                <w:color w:val="5F6B76"/>
                <w:sz w:val="19"/>
              </w:rPr>
              <w:t>Bitte eintragen</w:t>
            </w:r>
          </w:p>
        </w:tc>
        <w:tc>
          <w:tcPr>
            <w:tcW w:type="dxa" w:w="18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EAF3FA"/>
          </w:tcPr>
          <w:p>
            <w:pPr>
              <w:spacing w:after="0"/>
            </w:pPr>
            <w:r/>
            <w:r>
              <w:rPr>
                <w:b/>
                <w:color w:val="005090"/>
                <w:sz w:val="18"/>
              </w:rPr>
              <w:t>Zimmer</w:t>
            </w:r>
          </w:p>
        </w:tc>
        <w:tc>
          <w:tcPr>
            <w:tcW w:type="dxa" w:w="288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FFF8DE"/>
          </w:tcPr>
          <w:p>
            <w:pPr>
              <w:spacing w:after="0"/>
            </w:pPr>
            <w:r/>
            <w:r>
              <w:rPr>
                <w:color w:val="5F6B76"/>
                <w:sz w:val="19"/>
              </w:rPr>
              <w:t>Bitte eintragen</w:t>
            </w:r>
          </w:p>
        </w:tc>
      </w:tr>
    </w:tbl>
    <w:p>
      <w:pPr>
        <w:pStyle w:val="Heading2"/>
        <w:keepNext/>
        <w:spacing w:before="280" w:after="140"/>
      </w:pPr>
      <w:r>
        <w:rPr>
          <w:color w:val="005090"/>
        </w:rPr>
        <w:t>2. Mietpartei und Kontakt</w:t>
      </w:r>
    </w:p>
    <w:tbl>
      <w:tblPr>
        <w:tblW w:type="dxa" w:w="9360"/>
        <w:tblLayout w:type="fixed"/>
        <w:tblLook w:firstColumn="1" w:firstRow="1" w:lastColumn="0" w:lastRow="0" w:noHBand="0" w:noVBand="1" w:val="04A0"/>
        <w:tblInd w:w="120" w:type="dxa"/>
      </w:tblPr>
      <w:tblGrid>
        <w:gridCol w:w="1800"/>
        <w:gridCol w:w="2880"/>
        <w:gridCol w:w="1800"/>
        <w:gridCol w:w="2880"/>
      </w:tblGrid>
      <w:tr>
        <w:tc>
          <w:tcPr>
            <w:tcW w:type="dxa" w:w="18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EAF3FA"/>
          </w:tcPr>
          <w:p>
            <w:pPr>
              <w:spacing w:after="0"/>
            </w:pPr>
            <w:r/>
            <w:r>
              <w:rPr>
                <w:b/>
                <w:color w:val="005090"/>
                <w:sz w:val="18"/>
              </w:rPr>
              <w:t>Vor- und Nachname</w:t>
            </w:r>
          </w:p>
        </w:tc>
        <w:tc>
          <w:tcPr>
            <w:tcW w:type="dxa" w:w="288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FFF8DE"/>
          </w:tcPr>
          <w:p>
            <w:pPr>
              <w:spacing w:after="0"/>
            </w:pPr>
            <w:r/>
            <w:r>
              <w:rPr>
                <w:color w:val="5F6B76"/>
                <w:sz w:val="19"/>
              </w:rPr>
              <w:t>Bitte eintragen</w:t>
            </w:r>
          </w:p>
        </w:tc>
        <w:tc>
          <w:tcPr>
            <w:tcW w:type="dxa" w:w="18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EAF3FA"/>
          </w:tcPr>
          <w:p>
            <w:pPr>
              <w:spacing w:after="0"/>
            </w:pPr>
            <w:r/>
            <w:r>
              <w:rPr>
                <w:b/>
                <w:color w:val="005090"/>
                <w:sz w:val="18"/>
              </w:rPr>
              <w:t>Geburtsdatum*</w:t>
            </w:r>
          </w:p>
        </w:tc>
        <w:tc>
          <w:tcPr>
            <w:tcW w:type="dxa" w:w="288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FFF8DE"/>
          </w:tcPr>
          <w:p>
            <w:pPr>
              <w:spacing w:after="0"/>
            </w:pPr>
            <w:r/>
            <w:r>
              <w:rPr>
                <w:color w:val="5F6B76"/>
                <w:sz w:val="19"/>
              </w:rPr>
              <w:t>Optional</w:t>
            </w:r>
          </w:p>
        </w:tc>
      </w:tr>
      <w:tr>
        <w:tc>
          <w:tcPr>
            <w:tcW w:type="dxa" w:w="18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EAF3FA"/>
          </w:tcPr>
          <w:p>
            <w:pPr>
              <w:spacing w:after="0"/>
            </w:pPr>
            <w:r/>
            <w:r>
              <w:rPr>
                <w:b/>
                <w:color w:val="005090"/>
                <w:sz w:val="18"/>
              </w:rPr>
              <w:t>E-Mail</w:t>
            </w:r>
          </w:p>
        </w:tc>
        <w:tc>
          <w:tcPr>
            <w:tcW w:type="dxa" w:w="288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FFF8DE"/>
          </w:tcPr>
          <w:p>
            <w:pPr>
              <w:spacing w:after="0"/>
            </w:pPr>
            <w:r/>
            <w:r>
              <w:rPr>
                <w:color w:val="5F6B76"/>
                <w:sz w:val="19"/>
              </w:rPr>
              <w:t>Bitte eintragen</w:t>
            </w:r>
          </w:p>
        </w:tc>
        <w:tc>
          <w:tcPr>
            <w:tcW w:type="dxa" w:w="18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EAF3FA"/>
          </w:tcPr>
          <w:p>
            <w:pPr>
              <w:spacing w:after="0"/>
            </w:pPr>
            <w:r/>
            <w:r>
              <w:rPr>
                <w:b/>
                <w:color w:val="005090"/>
                <w:sz w:val="18"/>
              </w:rPr>
              <w:t>Telefon</w:t>
            </w:r>
          </w:p>
        </w:tc>
        <w:tc>
          <w:tcPr>
            <w:tcW w:type="dxa" w:w="288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FFF8DE"/>
          </w:tcPr>
          <w:p>
            <w:pPr>
              <w:spacing w:after="0"/>
            </w:pPr>
            <w:r/>
            <w:r>
              <w:rPr>
                <w:color w:val="5F6B76"/>
                <w:sz w:val="19"/>
              </w:rPr>
              <w:t>Bitte eintragen</w:t>
            </w:r>
          </w:p>
        </w:tc>
      </w:tr>
      <w:tr>
        <w:trPr>
          <w:cantSplit/>
        </w:trPr>
        <w:tc>
          <w:tcPr>
            <w:tcW w:type="dxa" w:w="18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EAF3FA"/>
          </w:tcPr>
          <w:p>
            <w:pPr>
              <w:spacing w:after="0"/>
            </w:pPr>
            <w:r/>
            <w:r>
              <w:rPr>
                <w:b/>
                <w:color w:val="005090"/>
                <w:sz w:val="18"/>
              </w:rPr>
              <w:t>Weitere Mietpartei</w:t>
            </w:r>
          </w:p>
        </w:tc>
        <w:tc>
          <w:tcPr>
            <w:tcW w:type="dxa" w:w="288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FFF8DE"/>
          </w:tcPr>
          <w:p>
            <w:pPr>
              <w:spacing w:after="0"/>
            </w:pPr>
            <w:r/>
            <w:r>
              <w:rPr>
                <w:color w:val="5F6B76"/>
                <w:sz w:val="19"/>
              </w:rPr>
              <w:t>Optional</w:t>
            </w:r>
          </w:p>
        </w:tc>
        <w:tc>
          <w:tcPr>
            <w:tcW w:type="dxa" w:w="18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EAF3FA"/>
          </w:tcPr>
          <w:p>
            <w:pPr>
              <w:spacing w:after="0"/>
            </w:pPr>
            <w:r/>
            <w:r>
              <w:rPr>
                <w:b/>
                <w:color w:val="005090"/>
                <w:sz w:val="18"/>
              </w:rPr>
              <w:t>Kontaktwunsch</w:t>
            </w:r>
          </w:p>
        </w:tc>
        <w:tc>
          <w:tcPr>
            <w:tcW w:type="dxa" w:w="288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FFF8DE"/>
          </w:tcPr>
          <w:p>
            <w:pPr>
              <w:spacing w:after="0"/>
            </w:pPr>
            <w:r/>
            <w:r>
              <w:rPr>
                <w:color w:val="5F6B76"/>
                <w:sz w:val="19"/>
              </w:rPr>
              <w:t>E-Mail / Telefon / Post</w:t>
            </w:r>
          </w:p>
        </w:tc>
      </w:tr>
    </w:tbl>
    <w:p>
      <w:pPr>
        <w:spacing w:before="60" w:after="40"/>
      </w:pPr>
      <w:r>
        <w:rPr>
          <w:i/>
          <w:color w:val="5F6B76"/>
          <w:sz w:val="16"/>
        </w:rPr>
        <w:t>* Nur aufnehmen, wenn hierfür im konkreten Vorgang ein nachvollziehbarer Zweck besteht.</w:t>
      </w:r>
    </w:p>
    <w:p>
      <w:pPr>
        <w:pStyle w:val="Heading2"/>
        <w:keepNext/>
        <w:spacing w:before="280" w:after="140"/>
      </w:pPr>
      <w:r>
        <w:rPr>
          <w:color w:val="005090"/>
        </w:rPr>
        <w:t>3. Mietvertrag und Zahlung</w:t>
      </w:r>
    </w:p>
    <w:tbl>
      <w:tblPr>
        <w:tblW w:type="dxa" w:w="9360"/>
        <w:tblLayout w:type="fixed"/>
        <w:tblLook w:firstColumn="1" w:firstRow="1" w:lastColumn="0" w:lastRow="0" w:noHBand="0" w:noVBand="1" w:val="04A0"/>
        <w:tblInd w:w="120" w:type="dxa"/>
      </w:tblPr>
      <w:tblGrid>
        <w:gridCol w:w="1800"/>
        <w:gridCol w:w="2880"/>
        <w:gridCol w:w="1800"/>
        <w:gridCol w:w="2880"/>
      </w:tblGrid>
      <w:tr>
        <w:tc>
          <w:tcPr>
            <w:tcW w:type="dxa" w:w="18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EAF3FA"/>
          </w:tcPr>
          <w:p>
            <w:pPr>
              <w:spacing w:after="0"/>
            </w:pPr>
            <w:r/>
            <w:r>
              <w:rPr>
                <w:b/>
                <w:color w:val="005090"/>
                <w:sz w:val="18"/>
              </w:rPr>
              <w:t>Mietbeginn</w:t>
            </w:r>
          </w:p>
        </w:tc>
        <w:tc>
          <w:tcPr>
            <w:tcW w:type="dxa" w:w="288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FFF8DE"/>
          </w:tcPr>
          <w:p>
            <w:pPr>
              <w:spacing w:after="0"/>
            </w:pPr>
            <w:r/>
            <w:r>
              <w:rPr>
                <w:color w:val="5F6B76"/>
                <w:sz w:val="19"/>
              </w:rPr>
              <w:t>TT.MM.JJJJ</w:t>
            </w:r>
          </w:p>
        </w:tc>
        <w:tc>
          <w:tcPr>
            <w:tcW w:type="dxa" w:w="18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EAF3FA"/>
          </w:tcPr>
          <w:p>
            <w:pPr>
              <w:spacing w:after="0"/>
            </w:pPr>
            <w:r/>
            <w:r>
              <w:rPr>
                <w:b/>
                <w:color w:val="005090"/>
                <w:sz w:val="18"/>
              </w:rPr>
              <w:t>Vertragsende</w:t>
            </w:r>
          </w:p>
        </w:tc>
        <w:tc>
          <w:tcPr>
            <w:tcW w:type="dxa" w:w="288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FFF8DE"/>
          </w:tcPr>
          <w:p>
            <w:pPr>
              <w:spacing w:after="0"/>
            </w:pPr>
            <w:r/>
            <w:r>
              <w:rPr>
                <w:color w:val="5F6B76"/>
                <w:sz w:val="19"/>
              </w:rPr>
              <w:t>Unbefristet / Datum</w:t>
            </w:r>
          </w:p>
        </w:tc>
      </w:tr>
      <w:tr>
        <w:tc>
          <w:tcPr>
            <w:tcW w:type="dxa" w:w="18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EAF3FA"/>
          </w:tcPr>
          <w:p>
            <w:pPr>
              <w:spacing w:after="0"/>
            </w:pPr>
            <w:r/>
            <w:r>
              <w:rPr>
                <w:b/>
                <w:color w:val="005090"/>
                <w:sz w:val="18"/>
              </w:rPr>
              <w:t>Nettokaltmiete</w:t>
            </w:r>
          </w:p>
        </w:tc>
        <w:tc>
          <w:tcPr>
            <w:tcW w:type="dxa" w:w="288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FFF8DE"/>
          </w:tcPr>
          <w:p>
            <w:pPr>
              <w:spacing w:after="0"/>
            </w:pPr>
            <w:r/>
            <w:r>
              <w:rPr>
                <w:color w:val="5F6B76"/>
                <w:sz w:val="19"/>
              </w:rPr>
              <w:t>0,00 €</w:t>
            </w:r>
          </w:p>
        </w:tc>
        <w:tc>
          <w:tcPr>
            <w:tcW w:type="dxa" w:w="18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EAF3FA"/>
          </w:tcPr>
          <w:p>
            <w:pPr>
              <w:spacing w:after="0"/>
            </w:pPr>
            <w:r/>
            <w:r>
              <w:rPr>
                <w:b/>
                <w:color w:val="005090"/>
                <w:sz w:val="18"/>
              </w:rPr>
              <w:t>Nebenkosten</w:t>
            </w:r>
          </w:p>
        </w:tc>
        <w:tc>
          <w:tcPr>
            <w:tcW w:type="dxa" w:w="288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FFF8DE"/>
          </w:tcPr>
          <w:p>
            <w:pPr>
              <w:spacing w:after="0"/>
            </w:pPr>
            <w:r/>
            <w:r>
              <w:rPr>
                <w:color w:val="5F6B76"/>
                <w:sz w:val="19"/>
              </w:rPr>
              <w:t>0,00 €</w:t>
            </w:r>
          </w:p>
        </w:tc>
      </w:tr>
      <w:tr>
        <w:tc>
          <w:tcPr>
            <w:tcW w:type="dxa" w:w="18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EAF3FA"/>
          </w:tcPr>
          <w:p>
            <w:pPr>
              <w:spacing w:after="0"/>
            </w:pPr>
            <w:r/>
            <w:r>
              <w:rPr>
                <w:b/>
                <w:color w:val="005090"/>
                <w:sz w:val="18"/>
              </w:rPr>
              <w:t>Gesamtmiete</w:t>
            </w:r>
          </w:p>
        </w:tc>
        <w:tc>
          <w:tcPr>
            <w:tcW w:type="dxa" w:w="288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FFF8DE"/>
          </w:tcPr>
          <w:p>
            <w:pPr>
              <w:spacing w:after="0"/>
            </w:pPr>
            <w:r/>
            <w:r>
              <w:rPr>
                <w:color w:val="5F6B76"/>
                <w:sz w:val="19"/>
              </w:rPr>
              <w:t>0,00 €</w:t>
            </w:r>
          </w:p>
        </w:tc>
        <w:tc>
          <w:tcPr>
            <w:tcW w:type="dxa" w:w="18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EAF3FA"/>
          </w:tcPr>
          <w:p>
            <w:pPr>
              <w:spacing w:after="0"/>
            </w:pPr>
            <w:r/>
            <w:r>
              <w:rPr>
                <w:b/>
                <w:color w:val="005090"/>
                <w:sz w:val="18"/>
              </w:rPr>
              <w:t>Kaution</w:t>
            </w:r>
          </w:p>
        </w:tc>
        <w:tc>
          <w:tcPr>
            <w:tcW w:type="dxa" w:w="288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FFF8DE"/>
          </w:tcPr>
          <w:p>
            <w:pPr>
              <w:spacing w:after="0"/>
            </w:pPr>
            <w:r/>
            <w:r>
              <w:rPr>
                <w:color w:val="5F6B76"/>
                <w:sz w:val="19"/>
              </w:rPr>
              <w:t>0,00 €</w:t>
            </w:r>
          </w:p>
        </w:tc>
      </w:tr>
      <w:tr>
        <w:trPr>
          <w:cantSplit/>
        </w:trPr>
        <w:tc>
          <w:tcPr>
            <w:tcW w:type="dxa" w:w="18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EAF3FA"/>
          </w:tcPr>
          <w:p>
            <w:pPr>
              <w:spacing w:after="0"/>
            </w:pPr>
            <w:r/>
            <w:r>
              <w:rPr>
                <w:b/>
                <w:color w:val="005090"/>
                <w:sz w:val="18"/>
              </w:rPr>
              <w:t>Fälligkeit</w:t>
            </w:r>
          </w:p>
        </w:tc>
        <w:tc>
          <w:tcPr>
            <w:tcW w:type="dxa" w:w="288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FFF8DE"/>
          </w:tcPr>
          <w:p>
            <w:pPr>
              <w:spacing w:after="0"/>
            </w:pPr>
            <w:r/>
            <w:r>
              <w:rPr>
                <w:color w:val="5F6B76"/>
                <w:sz w:val="19"/>
              </w:rPr>
              <w:t>z. B. 3. Werktag</w:t>
            </w:r>
          </w:p>
        </w:tc>
        <w:tc>
          <w:tcPr>
            <w:tcW w:type="dxa" w:w="18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EAF3FA"/>
          </w:tcPr>
          <w:p>
            <w:pPr>
              <w:spacing w:after="0"/>
            </w:pPr>
            <w:r/>
            <w:r>
              <w:rPr>
                <w:b/>
                <w:color w:val="005090"/>
                <w:sz w:val="18"/>
              </w:rPr>
              <w:t>Zahlungsreferenz</w:t>
            </w:r>
          </w:p>
        </w:tc>
        <w:tc>
          <w:tcPr>
            <w:tcW w:type="dxa" w:w="288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FFF8DE"/>
          </w:tcPr>
          <w:p>
            <w:pPr>
              <w:spacing w:after="0"/>
            </w:pPr>
            <w:r/>
            <w:r>
              <w:rPr>
                <w:color w:val="5F6B76"/>
                <w:sz w:val="19"/>
              </w:rPr>
              <w:t>Optional</w:t>
            </w:r>
          </w:p>
        </w:tc>
      </w:tr>
    </w:tbl>
    <w:p>
      <w:pPr>
        <w:pStyle w:val="Heading2"/>
        <w:keepNext/>
        <w:spacing w:before="280" w:after="140"/>
      </w:pPr>
      <w:r>
        <w:rPr>
          <w:color w:val="005090"/>
        </w:rPr>
        <w:t>4. Ansprechpartner und Notfallkontakt</w:t>
      </w:r>
    </w:p>
    <w:tbl>
      <w:tblPr>
        <w:tblW w:type="dxa" w:w="9360"/>
        <w:tblLayout w:type="fixed"/>
        <w:tblLook w:firstColumn="1" w:firstRow="1" w:lastColumn="0" w:lastRow="0" w:noHBand="0" w:noVBand="1" w:val="04A0"/>
        <w:tblInd w:w="120" w:type="dxa"/>
      </w:tblPr>
      <w:tblGrid>
        <w:gridCol w:w="2520"/>
        <w:gridCol w:w="6840"/>
      </w:tblGrid>
      <w:tr>
        <w:tc>
          <w:tcPr>
            <w:tcW w:type="dxa" w:w="252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EAF3FA"/>
          </w:tcPr>
          <w:p>
            <w:pPr>
              <w:spacing w:after="0"/>
            </w:pPr>
            <w:r/>
            <w:r>
              <w:rPr>
                <w:b/>
                <w:color w:val="005090"/>
                <w:sz w:val="18"/>
              </w:rPr>
              <w:t>Zuständiger Vermieter / Verwalter</w:t>
            </w:r>
          </w:p>
        </w:tc>
        <w:tc>
          <w:tcPr>
            <w:tcW w:type="dxa" w:w="684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FFF8DE"/>
          </w:tcPr>
          <w:p>
            <w:pPr>
              <w:spacing w:after="0"/>
            </w:pPr>
            <w:r/>
            <w:r>
              <w:rPr>
                <w:color w:val="5F6B76"/>
                <w:sz w:val="19"/>
              </w:rPr>
              <w:t>Bitte eintragen</w:t>
            </w:r>
          </w:p>
        </w:tc>
      </w:tr>
      <w:tr>
        <w:tc>
          <w:tcPr>
            <w:tcW w:type="dxa" w:w="252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EAF3FA"/>
          </w:tcPr>
          <w:p>
            <w:pPr>
              <w:spacing w:after="0"/>
            </w:pPr>
            <w:r/>
            <w:r>
              <w:rPr>
                <w:b/>
                <w:color w:val="005090"/>
                <w:sz w:val="18"/>
              </w:rPr>
              <w:t>Notfallkontakt der Mietpartei</w:t>
            </w:r>
          </w:p>
        </w:tc>
        <w:tc>
          <w:tcPr>
            <w:tcW w:type="dxa" w:w="684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FFF8DE"/>
          </w:tcPr>
          <w:p>
            <w:pPr>
              <w:spacing w:after="0"/>
            </w:pPr>
            <w:r/>
            <w:r>
              <w:rPr>
                <w:color w:val="5F6B76"/>
                <w:sz w:val="19"/>
              </w:rPr>
              <w:t>Nur mit Kenntnis der betroffenen Person und wenn erforderlich</w:t>
            </w:r>
          </w:p>
        </w:tc>
      </w:tr>
      <w:tr>
        <w:tc>
          <w:tcPr>
            <w:tcW w:type="dxa" w:w="252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EAF3FA"/>
          </w:tcPr>
          <w:p>
            <w:pPr>
              <w:spacing w:after="0"/>
            </w:pPr>
            <w:r/>
            <w:r>
              <w:rPr>
                <w:b/>
                <w:color w:val="005090"/>
                <w:sz w:val="18"/>
              </w:rPr>
              <w:t>Erreichbarkeit / Besonderheiten</w:t>
            </w:r>
          </w:p>
        </w:tc>
        <w:tc>
          <w:tcPr>
            <w:tcW w:type="dxa" w:w="684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FFF8DE"/>
          </w:tcPr>
          <w:p>
            <w:pPr>
              <w:spacing w:after="0"/>
            </w:pPr>
            <w:r/>
            <w:r>
              <w:rPr>
                <w:color w:val="5F6B76"/>
                <w:sz w:val="19"/>
              </w:rPr>
              <w:t>Optional; keine sensiblen Angaben ohne klaren Zweck</w:t>
            </w:r>
          </w:p>
        </w:tc>
      </w:tr>
    </w:tbl>
    <w:p>
      <w:r>
        <w:br w:type="page"/>
      </w:r>
    </w:p>
    <w:p>
      <w:pPr>
        <w:spacing w:after="60"/>
      </w:pPr>
      <w:r>
        <w:rPr>
          <w:b/>
          <w:color w:val="005090"/>
          <w:sz w:val="40"/>
        </w:rPr>
        <w:t>Unterlagen, Fristen und Pflege</w:t>
      </w:r>
    </w:p>
    <w:p>
      <w:pPr>
        <w:spacing w:after="200"/>
      </w:pPr>
      <w:r>
        <w:rPr>
          <w:color w:val="5F6B76"/>
          <w:sz w:val="20"/>
        </w:rPr>
        <w:t>Damit das Datenblatt verlässlich bleibt, sollte jede Änderung mit Datum und Zuständigkeit dokumentiert werden.</w:t>
      </w:r>
    </w:p>
    <w:p>
      <w:pPr>
        <w:pStyle w:val="Heading2"/>
        <w:keepNext/>
        <w:spacing w:before="280" w:after="140"/>
      </w:pPr>
      <w:r>
        <w:rPr>
          <w:color w:val="005090"/>
        </w:rPr>
        <w:t>5. Unterlagen- und Aktualisierungscheck</w:t>
      </w:r>
    </w:p>
    <w:tbl>
      <w:tblPr>
        <w:tblW w:type="dxa" w:w="9360"/>
        <w:tblLayout w:type="fixed"/>
        <w:tblLook w:firstColumn="1" w:firstRow="1" w:lastColumn="0" w:lastRow="0" w:noHBand="0" w:noVBand="1" w:val="04A0"/>
        <w:tblInd w:w="120" w:type="dxa"/>
      </w:tblPr>
      <w:tblGrid>
        <w:gridCol w:w="600"/>
        <w:gridCol w:w="4320"/>
        <w:gridCol w:w="4440"/>
      </w:tblGrid>
      <w:tr>
        <w:trPr>
          <w:tblHeader w:val="true"/>
        </w:trPr>
        <w:tc>
          <w:tcPr>
            <w:tcW w:type="dxa" w:w="6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005090"/>
          </w:tcPr>
          <w:p>
            <w:pPr>
              <w:spacing w:after="0"/>
            </w:pPr>
            <w:r/>
            <w:r>
              <w:rPr>
                <w:b/>
                <w:color w:val="FFFFFF"/>
                <w:sz w:val="17"/>
              </w:rPr>
              <w:t>OK</w:t>
            </w:r>
          </w:p>
        </w:tc>
        <w:tc>
          <w:tcPr>
            <w:tcW w:type="dxa" w:w="432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005090"/>
          </w:tcPr>
          <w:p>
            <w:pPr>
              <w:spacing w:after="0"/>
            </w:pPr>
            <w:r/>
            <w:r>
              <w:rPr>
                <w:b/>
                <w:color w:val="FFFFFF"/>
                <w:sz w:val="17"/>
              </w:rPr>
              <w:t>Unterlage / Prüfschritt</w:t>
            </w:r>
          </w:p>
        </w:tc>
        <w:tc>
          <w:tcPr>
            <w:tcW w:type="dxa" w:w="444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005090"/>
          </w:tcPr>
          <w:p>
            <w:pPr>
              <w:spacing w:after="0"/>
            </w:pPr>
            <w:r/>
            <w:r>
              <w:rPr>
                <w:b/>
                <w:color w:val="FFFFFF"/>
                <w:sz w:val="17"/>
              </w:rPr>
              <w:t>Hinweis oder Speicherort</w:t>
            </w:r>
          </w:p>
        </w:tc>
      </w:tr>
      <w:tr>
        <w:trPr>
          <w:cantSplit/>
        </w:trPr>
        <w:tc>
          <w:tcPr>
            <w:tcW w:type="dxa" w:w="6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FFFFFF"/>
          </w:tcPr>
          <w:p>
            <w:pPr>
              <w:jc w:val="center"/>
            </w:pPr>
            <w:r>
              <w:rPr>
                <w:color w:val="26323B"/>
                <w:sz w:val="18"/>
              </w:rPr>
              <w:t>☐</w:t>
            </w:r>
          </w:p>
        </w:tc>
        <w:tc>
          <w:tcPr>
            <w:tcW w:type="dxa" w:w="432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FFFFFF"/>
          </w:tcPr>
          <w:p>
            <w:r>
              <w:rPr>
                <w:color w:val="26323B"/>
                <w:sz w:val="18"/>
              </w:rPr>
              <w:t>Mietvertrag vollständig abgelegt</w:t>
            </w:r>
          </w:p>
        </w:tc>
        <w:tc>
          <w:tcPr>
            <w:tcW w:type="dxa" w:w="444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FFF8DE"/>
          </w:tcPr>
          <w:p>
            <w:r>
              <w:rPr>
                <w:color w:val="5F6B76"/>
                <w:sz w:val="18"/>
              </w:rPr>
              <w:t>Bitte eintragen</w:t>
            </w:r>
          </w:p>
        </w:tc>
      </w:tr>
      <w:tr>
        <w:trPr>
          <w:cantSplit/>
        </w:trPr>
        <w:tc>
          <w:tcPr>
            <w:tcW w:type="dxa" w:w="6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FFFFFF"/>
          </w:tcPr>
          <w:p>
            <w:pPr>
              <w:jc w:val="center"/>
            </w:pPr>
            <w:r>
              <w:rPr>
                <w:color w:val="26323B"/>
                <w:sz w:val="18"/>
              </w:rPr>
              <w:t>☐</w:t>
            </w:r>
          </w:p>
        </w:tc>
        <w:tc>
          <w:tcPr>
            <w:tcW w:type="dxa" w:w="432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FFFFFF"/>
          </w:tcPr>
          <w:p>
            <w:r>
              <w:rPr>
                <w:color w:val="26323B"/>
                <w:sz w:val="18"/>
              </w:rPr>
              <w:t>Übergabeprotokoll und Zählerstände abgelegt</w:t>
            </w:r>
          </w:p>
        </w:tc>
        <w:tc>
          <w:tcPr>
            <w:tcW w:type="dxa" w:w="444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FFF8DE"/>
          </w:tcPr>
          <w:p>
            <w:r>
              <w:rPr>
                <w:color w:val="5F6B76"/>
                <w:sz w:val="18"/>
              </w:rPr>
              <w:t>Bitte eintragen</w:t>
            </w:r>
          </w:p>
        </w:tc>
      </w:tr>
      <w:tr>
        <w:trPr>
          <w:cantSplit/>
        </w:trPr>
        <w:tc>
          <w:tcPr>
            <w:tcW w:type="dxa" w:w="6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FFFFFF"/>
          </w:tcPr>
          <w:p>
            <w:pPr>
              <w:jc w:val="center"/>
            </w:pPr>
            <w:r>
              <w:rPr>
                <w:color w:val="26323B"/>
                <w:sz w:val="18"/>
              </w:rPr>
              <w:t>☐</w:t>
            </w:r>
          </w:p>
        </w:tc>
        <w:tc>
          <w:tcPr>
            <w:tcW w:type="dxa" w:w="432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FFFFFF"/>
          </w:tcPr>
          <w:p>
            <w:r>
              <w:rPr>
                <w:color w:val="26323B"/>
                <w:sz w:val="18"/>
              </w:rPr>
              <w:t>Kautionsstatus dokumentiert</w:t>
            </w:r>
          </w:p>
        </w:tc>
        <w:tc>
          <w:tcPr>
            <w:tcW w:type="dxa" w:w="444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FFF8DE"/>
          </w:tcPr>
          <w:p>
            <w:r>
              <w:rPr>
                <w:color w:val="5F6B76"/>
                <w:sz w:val="18"/>
              </w:rPr>
              <w:t>Bitte eintragen</w:t>
            </w:r>
          </w:p>
        </w:tc>
      </w:tr>
      <w:tr>
        <w:trPr>
          <w:cantSplit/>
        </w:trPr>
        <w:tc>
          <w:tcPr>
            <w:tcW w:type="dxa" w:w="6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FFFFFF"/>
          </w:tcPr>
          <w:p>
            <w:pPr>
              <w:jc w:val="center"/>
            </w:pPr>
            <w:r>
              <w:rPr>
                <w:color w:val="26323B"/>
                <w:sz w:val="18"/>
              </w:rPr>
              <w:t>☐</w:t>
            </w:r>
          </w:p>
        </w:tc>
        <w:tc>
          <w:tcPr>
            <w:tcW w:type="dxa" w:w="432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FFFFFF"/>
          </w:tcPr>
          <w:p>
            <w:r>
              <w:rPr>
                <w:color w:val="26323B"/>
                <w:sz w:val="18"/>
              </w:rPr>
              <w:t>Kontaktdaten auf Aktualität geprüft</w:t>
            </w:r>
          </w:p>
        </w:tc>
        <w:tc>
          <w:tcPr>
            <w:tcW w:type="dxa" w:w="444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FFF8DE"/>
          </w:tcPr>
          <w:p>
            <w:r>
              <w:rPr>
                <w:color w:val="5F6B76"/>
                <w:sz w:val="18"/>
              </w:rPr>
              <w:t>Bitte eintragen</w:t>
            </w:r>
          </w:p>
        </w:tc>
      </w:tr>
      <w:tr>
        <w:trPr>
          <w:cantSplit/>
        </w:trPr>
        <w:tc>
          <w:tcPr>
            <w:tcW w:type="dxa" w:w="6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FFFFFF"/>
          </w:tcPr>
          <w:p>
            <w:pPr>
              <w:jc w:val="center"/>
            </w:pPr>
            <w:r>
              <w:rPr>
                <w:color w:val="26323B"/>
                <w:sz w:val="18"/>
              </w:rPr>
              <w:t>☐</w:t>
            </w:r>
          </w:p>
        </w:tc>
        <w:tc>
          <w:tcPr>
            <w:tcW w:type="dxa" w:w="432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FFFFFF"/>
          </w:tcPr>
          <w:p>
            <w:r>
              <w:rPr>
                <w:color w:val="26323B"/>
                <w:sz w:val="18"/>
              </w:rPr>
              <w:t>Offene Aufgaben oder Fristen notiert</w:t>
            </w:r>
          </w:p>
        </w:tc>
        <w:tc>
          <w:tcPr>
            <w:tcW w:type="dxa" w:w="444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FFF8DE"/>
          </w:tcPr>
          <w:p>
            <w:r>
              <w:rPr>
                <w:color w:val="5F6B76"/>
                <w:sz w:val="18"/>
              </w:rPr>
              <w:t>Bitte eintragen</w:t>
            </w:r>
          </w:p>
        </w:tc>
      </w:tr>
      <w:tr>
        <w:trPr>
          <w:cantSplit/>
        </w:trPr>
        <w:tc>
          <w:tcPr>
            <w:tcW w:type="dxa" w:w="6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FFFFFF"/>
          </w:tcPr>
          <w:p>
            <w:pPr>
              <w:jc w:val="center"/>
            </w:pPr>
            <w:r>
              <w:rPr>
                <w:color w:val="26323B"/>
                <w:sz w:val="18"/>
              </w:rPr>
              <w:t>☐</w:t>
            </w:r>
          </w:p>
        </w:tc>
        <w:tc>
          <w:tcPr>
            <w:tcW w:type="dxa" w:w="432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FFFFFF"/>
          </w:tcPr>
          <w:p>
            <w:r>
              <w:rPr>
                <w:color w:val="26323B"/>
                <w:sz w:val="18"/>
              </w:rPr>
              <w:t>Nicht mehr benötigte Daten gelöscht oder archiviert</w:t>
            </w:r>
          </w:p>
        </w:tc>
        <w:tc>
          <w:tcPr>
            <w:tcW w:type="dxa" w:w="444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FFF8DE"/>
          </w:tcPr>
          <w:p>
            <w:r>
              <w:rPr>
                <w:color w:val="5F6B76"/>
                <w:sz w:val="18"/>
              </w:rPr>
              <w:t>Bitte eintragen</w:t>
            </w:r>
          </w:p>
        </w:tc>
      </w:tr>
    </w:tbl>
    <w:p>
      <w:pPr>
        <w:pStyle w:val="Heading2"/>
        <w:keepNext/>
        <w:spacing w:before="280" w:after="140"/>
      </w:pPr>
      <w:r>
        <w:rPr>
          <w:color w:val="005090"/>
        </w:rPr>
        <w:t>6. Fristen und Wiedervorlagen</w:t>
      </w:r>
    </w:p>
    <w:tbl>
      <w:tblPr>
        <w:tblW w:type="dxa" w:w="9360"/>
        <w:tblLayout w:type="fixed"/>
        <w:tblLook w:firstColumn="1" w:firstRow="1" w:lastColumn="0" w:lastRow="0" w:noHBand="0" w:noVBand="1" w:val="04A0"/>
        <w:tblInd w:w="120" w:type="dxa"/>
      </w:tblPr>
      <w:tblGrid>
        <w:gridCol w:w="1800"/>
        <w:gridCol w:w="2640"/>
        <w:gridCol w:w="1800"/>
        <w:gridCol w:w="3120"/>
      </w:tblGrid>
      <w:tr>
        <w:trPr>
          <w:tblHeader w:val="true"/>
        </w:trPr>
        <w:tc>
          <w:tcPr>
            <w:tcW w:type="dxa" w:w="18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005090"/>
          </w:tcPr>
          <w:p>
            <w:pPr>
              <w:spacing w:after="0"/>
            </w:pPr>
            <w:r/>
            <w:r>
              <w:rPr>
                <w:b/>
                <w:color w:val="FFFFFF"/>
                <w:sz w:val="17"/>
              </w:rPr>
              <w:t>Datum</w:t>
            </w:r>
          </w:p>
        </w:tc>
        <w:tc>
          <w:tcPr>
            <w:tcW w:type="dxa" w:w="264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005090"/>
          </w:tcPr>
          <w:p>
            <w:pPr>
              <w:spacing w:after="0"/>
            </w:pPr>
            <w:r/>
            <w:r>
              <w:rPr>
                <w:b/>
                <w:color w:val="FFFFFF"/>
                <w:sz w:val="17"/>
              </w:rPr>
              <w:t>Anlass</w:t>
            </w:r>
          </w:p>
        </w:tc>
        <w:tc>
          <w:tcPr>
            <w:tcW w:type="dxa" w:w="180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005090"/>
          </w:tcPr>
          <w:p>
            <w:pPr>
              <w:spacing w:after="0"/>
            </w:pPr>
            <w:r/>
            <w:r>
              <w:rPr>
                <w:b/>
                <w:color w:val="FFFFFF"/>
                <w:sz w:val="17"/>
              </w:rPr>
              <w:t>Verantwortlich</w:t>
            </w:r>
          </w:p>
        </w:tc>
        <w:tc>
          <w:tcPr>
            <w:tcW w:type="dxa" w:w="312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005090"/>
          </w:tcPr>
          <w:p>
            <w:pPr>
              <w:spacing w:after="0"/>
            </w:pPr>
            <w:r/>
            <w:r>
              <w:rPr>
                <w:b/>
                <w:color w:val="FFFFFF"/>
                <w:sz w:val="17"/>
              </w:rPr>
              <w:t>Status / Notiz</w:t>
            </w:r>
          </w:p>
        </w:tc>
      </w:tr>
      <w:tr>
        <w:trPr>
          <w:cantSplit/>
        </w:trPr>
        <w:tc>
          <w:tcPr>
            <w:tcW w:type="dxa" w:w="1800"/>
            <w:shd w:fill="FFF8DE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</w:tcPr>
          <w:p>
            <w:r>
              <w:rPr>
                <w:color w:val="5F6B76"/>
                <w:sz w:val="18"/>
              </w:rPr>
              <w:t>Bitte eintragen</w:t>
            </w:r>
          </w:p>
        </w:tc>
        <w:tc>
          <w:tcPr>
            <w:tcW w:type="dxa" w:w="2640"/>
            <w:shd w:fill="FFF8DE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</w:tcPr>
          <w:p>
            <w:r>
              <w:rPr>
                <w:color w:val="5F6B76"/>
                <w:sz w:val="18"/>
              </w:rPr>
              <w:t>Bitte eintragen</w:t>
            </w:r>
          </w:p>
        </w:tc>
        <w:tc>
          <w:tcPr>
            <w:tcW w:type="dxa" w:w="1800"/>
            <w:shd w:fill="FFF8DE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</w:tcPr>
          <w:p>
            <w:r>
              <w:rPr>
                <w:color w:val="5F6B76"/>
                <w:sz w:val="18"/>
              </w:rPr>
              <w:t>Bitte eintragen</w:t>
            </w:r>
          </w:p>
        </w:tc>
        <w:tc>
          <w:tcPr>
            <w:tcW w:type="dxa" w:w="3120"/>
            <w:shd w:fill="FFF8DE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</w:tcPr>
          <w:p>
            <w:r>
              <w:rPr>
                <w:color w:val="5F6B76"/>
                <w:sz w:val="18"/>
              </w:rPr>
              <w:t>Bitte eintragen</w:t>
            </w:r>
          </w:p>
        </w:tc>
      </w:tr>
      <w:tr>
        <w:trPr>
          <w:cantSplit/>
        </w:trPr>
        <w:tc>
          <w:tcPr>
            <w:tcW w:type="dxa" w:w="1800"/>
            <w:shd w:fill="FFF8DE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</w:tcPr>
          <w:p>
            <w:r>
              <w:rPr>
                <w:color w:val="5F6B76"/>
                <w:sz w:val="18"/>
              </w:rPr>
              <w:t>Bitte eintragen</w:t>
            </w:r>
          </w:p>
        </w:tc>
        <w:tc>
          <w:tcPr>
            <w:tcW w:type="dxa" w:w="2640"/>
            <w:shd w:fill="FFF8DE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</w:tcPr>
          <w:p>
            <w:r>
              <w:rPr>
                <w:color w:val="5F6B76"/>
                <w:sz w:val="18"/>
              </w:rPr>
              <w:t>Bitte eintragen</w:t>
            </w:r>
          </w:p>
        </w:tc>
        <w:tc>
          <w:tcPr>
            <w:tcW w:type="dxa" w:w="1800"/>
            <w:shd w:fill="FFF8DE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</w:tcPr>
          <w:p>
            <w:r>
              <w:rPr>
                <w:color w:val="5F6B76"/>
                <w:sz w:val="18"/>
              </w:rPr>
              <w:t>Bitte eintragen</w:t>
            </w:r>
          </w:p>
        </w:tc>
        <w:tc>
          <w:tcPr>
            <w:tcW w:type="dxa" w:w="3120"/>
            <w:shd w:fill="FFF8DE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</w:tcPr>
          <w:p>
            <w:r>
              <w:rPr>
                <w:color w:val="5F6B76"/>
                <w:sz w:val="18"/>
              </w:rPr>
              <w:t>Bitte eintragen</w:t>
            </w:r>
          </w:p>
        </w:tc>
      </w:tr>
      <w:tr>
        <w:trPr>
          <w:cantSplit/>
        </w:trPr>
        <w:tc>
          <w:tcPr>
            <w:tcW w:type="dxa" w:w="1800"/>
            <w:shd w:fill="FFF8DE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</w:tcPr>
          <w:p>
            <w:r>
              <w:rPr>
                <w:color w:val="5F6B76"/>
                <w:sz w:val="18"/>
              </w:rPr>
              <w:t>Bitte eintragen</w:t>
            </w:r>
          </w:p>
        </w:tc>
        <w:tc>
          <w:tcPr>
            <w:tcW w:type="dxa" w:w="2640"/>
            <w:shd w:fill="FFF8DE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</w:tcPr>
          <w:p>
            <w:r>
              <w:rPr>
                <w:color w:val="5F6B76"/>
                <w:sz w:val="18"/>
              </w:rPr>
              <w:t>Bitte eintragen</w:t>
            </w:r>
          </w:p>
        </w:tc>
        <w:tc>
          <w:tcPr>
            <w:tcW w:type="dxa" w:w="1800"/>
            <w:shd w:fill="FFF8DE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</w:tcPr>
          <w:p>
            <w:r>
              <w:rPr>
                <w:color w:val="5F6B76"/>
                <w:sz w:val="18"/>
              </w:rPr>
              <w:t>Bitte eintragen</w:t>
            </w:r>
          </w:p>
        </w:tc>
        <w:tc>
          <w:tcPr>
            <w:tcW w:type="dxa" w:w="3120"/>
            <w:shd w:fill="FFF8DE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</w:tcPr>
          <w:p>
            <w:r>
              <w:rPr>
                <w:color w:val="5F6B76"/>
                <w:sz w:val="18"/>
              </w:rPr>
              <w:t>Bitte eintragen</w:t>
            </w:r>
          </w:p>
        </w:tc>
      </w:tr>
      <w:tr>
        <w:trPr>
          <w:cantSplit/>
        </w:trPr>
        <w:tc>
          <w:tcPr>
            <w:tcW w:type="dxa" w:w="1800"/>
            <w:shd w:fill="FFF8DE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</w:tcPr>
          <w:p>
            <w:r>
              <w:rPr>
                <w:color w:val="5F6B76"/>
                <w:sz w:val="18"/>
              </w:rPr>
              <w:t>Bitte eintragen</w:t>
            </w:r>
          </w:p>
        </w:tc>
        <w:tc>
          <w:tcPr>
            <w:tcW w:type="dxa" w:w="2640"/>
            <w:shd w:fill="FFF8DE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</w:tcPr>
          <w:p>
            <w:r>
              <w:rPr>
                <w:color w:val="5F6B76"/>
                <w:sz w:val="18"/>
              </w:rPr>
              <w:t>Bitte eintragen</w:t>
            </w:r>
          </w:p>
        </w:tc>
        <w:tc>
          <w:tcPr>
            <w:tcW w:type="dxa" w:w="1800"/>
            <w:shd w:fill="FFF8DE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</w:tcPr>
          <w:p>
            <w:r>
              <w:rPr>
                <w:color w:val="5F6B76"/>
                <w:sz w:val="18"/>
              </w:rPr>
              <w:t>Bitte eintragen</w:t>
            </w:r>
          </w:p>
        </w:tc>
        <w:tc>
          <w:tcPr>
            <w:tcW w:type="dxa" w:w="3120"/>
            <w:shd w:fill="FFF8DE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</w:tcPr>
          <w:p>
            <w:r>
              <w:rPr>
                <w:color w:val="5F6B76"/>
                <w:sz w:val="18"/>
              </w:rPr>
              <w:t>Bitte eintragen</w:t>
            </w:r>
          </w:p>
        </w:tc>
      </w:tr>
      <w:tr>
        <w:trPr>
          <w:cantSplit/>
        </w:trPr>
        <w:tc>
          <w:tcPr>
            <w:tcW w:type="dxa" w:w="1800"/>
            <w:shd w:fill="FFF8DE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</w:tcPr>
          <w:p>
            <w:r>
              <w:rPr>
                <w:color w:val="5F6B76"/>
                <w:sz w:val="18"/>
              </w:rPr>
              <w:t>Bitte eintragen</w:t>
            </w:r>
          </w:p>
        </w:tc>
        <w:tc>
          <w:tcPr>
            <w:tcW w:type="dxa" w:w="2640"/>
            <w:shd w:fill="FFF8DE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</w:tcPr>
          <w:p>
            <w:r>
              <w:rPr>
                <w:color w:val="5F6B76"/>
                <w:sz w:val="18"/>
              </w:rPr>
              <w:t>Bitte eintragen</w:t>
            </w:r>
          </w:p>
        </w:tc>
        <w:tc>
          <w:tcPr>
            <w:tcW w:type="dxa" w:w="1800"/>
            <w:shd w:fill="FFF8DE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</w:tcPr>
          <w:p>
            <w:r>
              <w:rPr>
                <w:color w:val="5F6B76"/>
                <w:sz w:val="18"/>
              </w:rPr>
              <w:t>Bitte eintragen</w:t>
            </w:r>
          </w:p>
        </w:tc>
        <w:tc>
          <w:tcPr>
            <w:tcW w:type="dxa" w:w="3120"/>
            <w:shd w:fill="FFF8DE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</w:tcPr>
          <w:p>
            <w:r>
              <w:rPr>
                <w:color w:val="5F6B76"/>
                <w:sz w:val="18"/>
              </w:rPr>
              <w:t>Bitte eintragen</w:t>
            </w:r>
          </w:p>
        </w:tc>
      </w:tr>
    </w:tbl>
    <w:p>
      <w:pPr>
        <w:pStyle w:val="Heading2"/>
        <w:keepNext/>
        <w:spacing w:before="280" w:after="140"/>
      </w:pPr>
      <w:r>
        <w:rPr>
          <w:color w:val="005090"/>
        </w:rPr>
        <w:t>7. Datenschutz und Verantwortlichkeit</w:t>
      </w:r>
    </w:p>
    <w:tbl>
      <w:tblPr>
        <w:tblW w:type="dxa" w:w="9360"/>
        <w:tblLayout w:type="fixed"/>
        <w:tblLook w:firstColumn="1" w:firstRow="1" w:lastColumn="0" w:lastRow="0" w:noHBand="0" w:noVBand="1" w:val="04A0"/>
        <w:tblInd w:w="120" w:type="dxa"/>
      </w:tblPr>
      <w:tblGrid>
        <w:gridCol w:w="9360"/>
      </w:tblGrid>
      <w:tr>
        <w:tc>
          <w:tcPr>
            <w:tcW w:type="dxa" w:w="936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F3F5F7"/>
          </w:tcPr>
          <w:p>
            <w:pPr>
              <w:spacing w:after="60"/>
            </w:pPr>
            <w:r>
              <w:rPr>
                <w:b/>
                <w:color w:val="005090"/>
                <w:sz w:val="20"/>
              </w:rPr>
              <w:t>Praxisregel zur Datenminimierung</w:t>
            </w:r>
          </w:p>
          <w:p>
            <w:pPr>
              <w:keepLines/>
              <w:spacing w:after="0"/>
            </w:pPr>
            <w:r>
              <w:rPr>
                <w:color w:val="26323B"/>
                <w:sz w:val="18"/>
              </w:rPr>
              <w:t>Dokumentieren Sie pro Datenfeld den Zweck, beschränken Sie Zugriffe auf zuständige Personen und legen Sie eine Lösch- oder Prüffrist fest. Diese Vorlage ersetzt keine individuelle Datenschutz- oder Rechtsberatung.</w:t>
            </w:r>
          </w:p>
        </w:tc>
      </w:tr>
    </w:tbl>
    <w:tbl>
      <w:tblPr>
        <w:tblW w:type="dxa" w:w="9360"/>
        <w:tblLayout w:type="fixed"/>
        <w:tblLook w:firstColumn="1" w:firstRow="1" w:lastColumn="0" w:lastRow="0" w:noHBand="0" w:noVBand="1" w:val="04A0"/>
        <w:tblInd w:w="120" w:type="dxa"/>
      </w:tblPr>
      <w:tblGrid>
        <w:gridCol w:w="2520"/>
        <w:gridCol w:w="6840"/>
      </w:tblGrid>
      <w:tr>
        <w:tc>
          <w:tcPr>
            <w:tcW w:type="dxa" w:w="252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EAF3FA"/>
          </w:tcPr>
          <w:p>
            <w:pPr>
              <w:spacing w:after="0"/>
            </w:pPr>
            <w:r/>
            <w:r>
              <w:rPr>
                <w:b/>
                <w:color w:val="005090"/>
                <w:sz w:val="18"/>
              </w:rPr>
              <w:t>Zuletzt geprüft am</w:t>
            </w:r>
          </w:p>
        </w:tc>
        <w:tc>
          <w:tcPr>
            <w:tcW w:type="dxa" w:w="684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FFF8DE"/>
          </w:tcPr>
          <w:p>
            <w:pPr>
              <w:spacing w:after="0"/>
            </w:pPr>
            <w:r/>
            <w:r>
              <w:rPr>
                <w:color w:val="5F6B76"/>
                <w:sz w:val="19"/>
              </w:rPr>
              <w:t>TT.MM.JJJJ</w:t>
            </w:r>
          </w:p>
        </w:tc>
      </w:tr>
      <w:tr>
        <w:tc>
          <w:tcPr>
            <w:tcW w:type="dxa" w:w="252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EAF3FA"/>
          </w:tcPr>
          <w:p>
            <w:pPr>
              <w:spacing w:after="0"/>
            </w:pPr>
            <w:r/>
            <w:r>
              <w:rPr>
                <w:b/>
                <w:color w:val="005090"/>
                <w:sz w:val="18"/>
              </w:rPr>
              <w:t>Geprüft durch</w:t>
            </w:r>
          </w:p>
        </w:tc>
        <w:tc>
          <w:tcPr>
            <w:tcW w:type="dxa" w:w="684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FFF8DE"/>
          </w:tcPr>
          <w:p>
            <w:pPr>
              <w:spacing w:after="0"/>
            </w:pPr>
            <w:r/>
            <w:r>
              <w:rPr>
                <w:color w:val="5F6B76"/>
                <w:sz w:val="19"/>
              </w:rPr>
              <w:t>Bitte eintragen</w:t>
            </w:r>
          </w:p>
        </w:tc>
      </w:tr>
      <w:tr>
        <w:tc>
          <w:tcPr>
            <w:tcW w:type="dxa" w:w="252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EAF3FA"/>
          </w:tcPr>
          <w:p>
            <w:pPr>
              <w:spacing w:after="0"/>
            </w:pPr>
            <w:r/>
            <w:r>
              <w:rPr>
                <w:b/>
                <w:color w:val="005090"/>
                <w:sz w:val="18"/>
              </w:rPr>
              <w:t>Nächster Prüftermin</w:t>
            </w:r>
          </w:p>
        </w:tc>
        <w:tc>
          <w:tcPr>
            <w:tcW w:type="dxa" w:w="6840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6" w:space="0" w:color="D6DEE5"/>
              <w:start w:val="single" w:sz="6" w:space="0" w:color="D6DEE5"/>
              <w:bottom w:val="single" w:sz="6" w:space="0" w:color="D6DEE5"/>
              <w:end w:val="single" w:sz="6" w:space="0" w:color="D6DEE5"/>
              <w:insideH w:val="single" w:sz="6" w:space="0" w:color="D6DEE5"/>
              <w:insideV w:val="single" w:sz="6" w:space="0" w:color="D6DEE5"/>
            </w:tcBorders>
            <w:vAlign w:val="center"/>
            <w:shd w:fill="FFF8DE"/>
          </w:tcPr>
          <w:p>
            <w:pPr>
              <w:spacing w:after="0"/>
            </w:pPr>
            <w:r/>
            <w:r>
              <w:rPr>
                <w:color w:val="5F6B76"/>
                <w:sz w:val="19"/>
              </w:rPr>
              <w:t>TT.MM.JJJJ</w:t>
            </w:r>
          </w:p>
        </w:tc>
      </w:tr>
    </w:tbl>
    <w:p>
      <w:pPr>
        <w:spacing w:before="160" w:after="0"/>
      </w:pPr>
      <w:r>
        <w:rPr>
          <w:b/>
          <w:color w:val="005090"/>
          <w:sz w:val="17"/>
        </w:rPr>
        <w:t xml:space="preserve">Quellenhinweis: </w:t>
      </w:r>
      <w:r>
        <w:rPr>
          <w:color w:val="5F6B76"/>
          <w:sz w:val="17"/>
        </w:rPr>
        <w:t>Art. 5 DSGVO (Grundsätze der Datenverarbeitung) und Art. 13 DSGVO (Informationspflichten). Rechtsstand der Vorlage: August 2026.</w:t>
      </w:r>
    </w:p>
    <w:sectPr w:rsidR="00FC693F" w:rsidRPr="0006063C" w:rsidSect="00034616">
      <w:footerReference w:type="default" r:id="rId10"/>
      <w:pgSz w:w="12240" w:h="15840"/>
      <w:pgMar w:top="1037" w:right="1037" w:bottom="893" w:left="103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60"/>
      <w:jc w:val="right"/>
    </w:pPr>
    <w:r>
      <w:rPr>
        <w:color w:val="5F6B76"/>
        <w:sz w:val="16"/>
      </w:rPr>
      <w:t>immomanager.net · Mieterdatenblatt-Vorlage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2" w:lineRule="auto"/>
    </w:pPr>
    <w:rPr>
      <w:rFonts w:ascii="Calibri" w:hAnsi="Calibri"/>
      <w:color w:val="26323B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Calibri" w:hAnsi="Calibr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Calibri" w:hAnsi="Calibr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Mieterdatenblatt – bearbeitbare Vorlage für Vermieter</dc:title>
  <dc:subject>Mieterdaten, Fristen und Unterlagen strukturiert dokumentieren</dc:subject>
  <dc:creator>ImmoManager</dc:creator>
  <cp:keywords>Mieterdatenblatt, Vermieter, Vorlage, Mietverwaltung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